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rFonts w:ascii="微软雅黑" w:eastAsia="微软雅黑" w:hAnsi="微软雅黑" w:cs="微软雅黑" w:hint="eastAsia"/>
          <w:color w:val="1F3B63"/>
          <w:sz w:val="40"/>
          <w:lang w:eastAsia="zh-CN"/>
        </w:rPr>
        <w:t>WorkBuddy 里的 Skill 是什么、怎么用</w:t>
      </w:r>
      <w:r/>
    </w:p>
    <w:p>
      <w:pPr>
        <w:spacing w:before="0"/>
        <w:jc w:val="center"/>
      </w:pPr>
      <w:r>
        <w:rPr>
          <w:rFonts w:ascii="微软雅黑" w:eastAsia="微软雅黑" w:hAnsi="微软雅黑" w:cs="微软雅黑" w:hint="eastAsia"/>
          <w:color w:val="666666"/>
          <w:sz w:val="21"/>
          <w:lang w:eastAsia="zh-CN"/>
        </w:rPr>
        <w:t>同事分享讲稿</w:t>
      </w:r>
      <w:r>
        <w:rPr>
          <w:color w:val="666666"/>
          <w:sz w:val="21"/>
        </w:rPr>
        <w:t xml:space="preserve"> · </w:t>
      </w:r>
      <w:r>
        <w:rPr>
          <w:rFonts w:ascii="微软雅黑" w:eastAsia="微软雅黑" w:hAnsi="微软雅黑" w:cs="微软雅黑" w:hint="eastAsia"/>
          <w:color w:val="666666"/>
          <w:sz w:val="21"/>
          <w:lang w:eastAsia="zh-CN"/>
        </w:rPr>
        <w:t>主讲：张浩</w:t>
      </w:r>
      <w:r>
        <w:rPr>
          <w:color w:val="666666"/>
          <w:sz w:val="21"/>
        </w:rPr>
        <w:t xml:space="preserve"> · 2026 </w:t>
      </w:r>
      <w:r>
        <w:rPr>
          <w:rFonts w:ascii="微软雅黑" w:eastAsia="微软雅黑" w:hAnsi="微软雅黑" w:cs="微软雅黑" w:hint="eastAsia"/>
          <w:color w:val="666666"/>
          <w:sz w:val="21"/>
          <w:lang w:eastAsia="zh-CN"/>
        </w:rPr>
        <w:t>年</w:t>
      </w:r>
      <w:r>
        <w:rPr>
          <w:color w:val="666666"/>
          <w:sz w:val="21"/>
        </w:rPr>
        <w:t xml:space="preserve"> 10 </w:t>
      </w:r>
      <w:r>
        <w:rPr>
          <w:rFonts w:ascii="微软雅黑" w:eastAsia="微软雅黑" w:hAnsi="微软雅黑" w:cs="微软雅黑" w:hint="eastAsia"/>
          <w:color w:val="666666"/>
          <w:sz w:val="21"/>
          <w:lang w:eastAsia="zh-CN"/>
        </w:rPr>
        <w:t>月</w:t>
      </w:r>
      <w:r/>
    </w:p>
    <w:p>
      <w:pPr>
        <w:pStyle w:val="Heading2"/>
      </w:pPr>
      <w:r>
        <w:rPr>
          <w:rFonts w:ascii="微软雅黑" w:eastAsia="微软雅黑" w:hAnsi="微软雅黑" w:cs="微软雅黑" w:hint="eastAsia"/>
          <w:color w:val="1F3B63"/>
          <w:sz w:val="30"/>
          <w:lang w:eastAsia="zh-CN"/>
        </w:rPr>
        <w:t>开场：先打个比方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手机刚买回来，能打电话、发短信、拍照。但你要修图、记账、看地图，还得装</w:t>
      </w:r>
      <w:r>
        <w:t xml:space="preserve"> App</w:t>
      </w:r>
      <w:r>
        <w:rPr>
          <w:rFonts w:ascii="微软雅黑" w:eastAsia="微软雅黑" w:hAnsi="微软雅黑" w:cs="微软雅黑" w:hint="eastAsia"/>
          <w:lang w:eastAsia="zh-CN"/>
        </w:rPr>
        <w:t>。</w:t>
      </w:r>
      <w:r/>
    </w:p>
    <w:p>
      <w:pPr/>
      <w:r>
        <w:rPr>
          <w:rFonts w:ascii="微软雅黑" w:eastAsia="微软雅黑" w:hAnsi="微软雅黑" w:cs="微软雅黑" w:hint="eastAsia"/>
          <w:b/>
          <w:lang w:eastAsia="zh-CN"/>
        </w:rPr>
        <w:t>Skill 就是给 WorkBuddy 装的 App。</w:t>
      </w:r>
      <w:r/>
    </w:p>
    <w:p>
      <w:pPr/>
      <w:r>
        <w:t xml:space="preserve">WorkBuddy </w:t>
      </w:r>
      <w:r>
        <w:rPr>
          <w:rFonts w:ascii="微软雅黑" w:eastAsia="微软雅黑" w:hAnsi="微软雅黑" w:cs="微软雅黑" w:hint="eastAsia"/>
          <w:lang w:eastAsia="zh-CN"/>
        </w:rPr>
        <w:t>出厂自带的能力是：聊天、写文章、查资料、处理常见的文档。它不知道我们学校的作文评分标准，也不知道我们习惯把讲义排成什么样子。装上对应的技能，它才会干这件具体的活。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今天讲三件事：技能是什么、怎么用、缺了怎么装。</w:t>
      </w:r>
      <w:r/>
    </w:p>
    <w:p>
      <w:pPr>
        <w:pStyle w:val="Heading2"/>
      </w:pPr>
      <w:r>
        <w:rPr>
          <w:rFonts w:ascii="微软雅黑" w:eastAsia="微软雅黑" w:hAnsi="微软雅黑" w:cs="微软雅黑" w:hint="eastAsia"/>
          <w:color w:val="1F3B63"/>
          <w:sz w:val="30"/>
          <w:lang w:eastAsia="zh-CN"/>
        </w:rPr>
        <w:t>一、Skill 到底是什么</w:t>
      </w:r>
      <w:r/>
    </w:p>
    <w:p>
      <w:pPr>
        <w:pStyle w:val="Heading3"/>
      </w:pPr>
      <w:r>
        <w:rPr>
          <w:rFonts w:ascii="微软雅黑" w:eastAsia="微软雅黑" w:hAnsi="微软雅黑" w:cs="微软雅黑" w:hint="eastAsia"/>
          <w:color w:val="2E5C8A"/>
          <w:sz w:val="25"/>
          <w:lang w:eastAsia="zh-CN"/>
        </w:rPr>
        <w:t>1. 它是一份写给 AI 看的"岗位说明书"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每个技能就是一份文档，里面写清四件事：</w:t>
      </w:r>
      <w:r/>
    </w:p>
    <w:p>
      <w:pPr>
        <w:pStyle w:val="ListBullet"/>
        <w:spacing w:before="60" w:after="60"/>
      </w:pPr>
      <w:r>
        <w:rPr>
          <w:rFonts w:ascii="微软雅黑" w:eastAsia="微软雅黑" w:hAnsi="微软雅黑" w:cs="微软雅黑" w:hint="eastAsia"/>
          <w:b/>
          <w:lang w:eastAsia="zh-CN"/>
        </w:rPr>
        <w:t>什么时候用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比如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用户上传作文、要求批改时</w:t>
      </w:r>
      <w:r>
        <w:t>"</w:t>
      </w:r>
    </w:p>
    <w:p>
      <w:pPr>
        <w:pStyle w:val="ListBullet"/>
        <w:spacing w:before="60" w:after="60"/>
      </w:pPr>
      <w:r>
        <w:rPr>
          <w:rFonts w:ascii="微软雅黑" w:eastAsia="微软雅黑" w:hAnsi="微软雅黑" w:cs="微软雅黑" w:hint="eastAsia"/>
          <w:b/>
          <w:lang w:eastAsia="zh-CN"/>
        </w:rPr>
        <w:t>按什么步骤做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先看结构，再逐句改，最后评分</w:t>
      </w:r>
    </w:p>
    <w:p>
      <w:pPr>
        <w:pStyle w:val="ListBullet"/>
        <w:spacing w:before="60" w:after="60"/>
      </w:pPr>
      <w:r>
        <w:rPr>
          <w:rFonts w:ascii="微软雅黑" w:eastAsia="微软雅黑" w:hAnsi="微软雅黑" w:cs="微软雅黑" w:hint="eastAsia"/>
          <w:b/>
          <w:lang w:eastAsia="zh-CN"/>
        </w:rPr>
        <w:t>用什么标准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高考评分档次、四六级量表</w:t>
      </w:r>
    </w:p>
    <w:p>
      <w:pPr>
        <w:pStyle w:val="ListBullet"/>
        <w:spacing w:before="60" w:after="60"/>
      </w:pPr>
      <w:r>
        <w:rPr>
          <w:rFonts w:ascii="微软雅黑" w:eastAsia="微软雅黑" w:hAnsi="微软雅黑" w:cs="微软雅黑" w:hint="eastAsia"/>
          <w:b/>
          <w:lang w:eastAsia="zh-CN"/>
        </w:rPr>
        <w:t>输出成什么</w:t>
      </w:r>
      <w:r>
        <w:t xml:space="preserve">——Word </w:t>
      </w:r>
      <w:r>
        <w:rPr>
          <w:rFonts w:ascii="微软雅黑" w:eastAsia="微软雅黑" w:hAnsi="微软雅黑" w:cs="微软雅黑" w:hint="eastAsia"/>
          <w:lang w:eastAsia="zh-CN"/>
        </w:rPr>
        <w:t>还是表格、排版什么要求、存到哪里</w:t>
      </w:r>
      <w:r/>
    </w:p>
    <w:p>
      <w:pPr>
        <w:pStyle w:val="Heading3"/>
      </w:pPr>
      <w:r>
        <w:rPr>
          <w:rFonts w:ascii="微软雅黑" w:eastAsia="微软雅黑" w:hAnsi="微软雅黑" w:cs="微软雅黑" w:hint="eastAsia"/>
          <w:color w:val="2E5C8A"/>
          <w:sz w:val="25"/>
          <w:lang w:eastAsia="zh-CN"/>
        </w:rPr>
        <w:t>2. 它不是新软件，不用单独打开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装上就生效。你在对话里正常说话，它自己判断该不该用、该用哪一个。不需要切换界面，也不需要记任何命令。</w:t>
      </w:r>
      <w:r/>
    </w:p>
    <w:p>
      <w:pPr>
        <w:pStyle w:val="Heading3"/>
      </w:pPr>
      <w:r>
        <w:rPr>
          <w:rFonts w:ascii="微软雅黑" w:eastAsia="微软雅黑" w:hAnsi="微软雅黑" w:cs="微软雅黑" w:hint="eastAsia"/>
          <w:color w:val="2E5C8A"/>
          <w:sz w:val="25"/>
          <w:lang w:eastAsia="zh-CN"/>
        </w:rPr>
        <w:t>3. 有没有技能，差别在哪</w:t>
      </w:r>
      <w:r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EDF2F9" w:val="clear" w:color="auto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b/>
                <w:sz w:val="22"/>
              </w:rPr>
              <w:t>你说的话</w:t>
            </w:r>
          </w:p>
        </w:tc>
        <w:tc>
          <w:tcPr>
            <w:tcW w:type="dxa" w:w="2880"/>
            <w:shd w:fill="EDF2F9" w:val="clear" w:color="auto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b/>
                <w:sz w:val="22"/>
              </w:rPr>
              <w:t>没有技能时</w:t>
            </w:r>
          </w:p>
        </w:tc>
        <w:tc>
          <w:tcPr>
            <w:tcW w:type="dxa" w:w="2880"/>
            <w:shd w:fill="EDF2F9" w:val="clear" w:color="auto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b/>
                <w:sz w:val="22"/>
              </w:rPr>
              <w:t>有技能时</w:t>
            </w:r>
          </w:p>
        </w:tc>
      </w:tr>
      <w:tr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帮我改一篇作文</w:t>
            </w:r>
          </w:p>
        </w:tc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泛泛地说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整体不错，注意语法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</w:p>
        </w:tc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按评分档次逐句标注、给分、附优化稿</w:t>
            </w:r>
          </w:p>
        </w:tc>
      </w:tr>
      <w:tr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把这些题整理一下</w:t>
            </w:r>
          </w:p>
        </w:tc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随便排成一个列表</w:t>
            </w:r>
          </w:p>
        </w:tc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按题型分类、留答题空、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A4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可打印</w:t>
            </w:r>
          </w:p>
        </w:tc>
      </w:tr>
      <w:tr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把这份资料做成课件</w:t>
            </w:r>
          </w:p>
        </w:tc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给一个简单的大纲</w:t>
            </w:r>
          </w:p>
        </w:tc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直接生成几十页、有版式的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.pptx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文件</w:t>
            </w:r>
          </w:p>
        </w:tc>
      </w:tr>
    </w:tbl>
    <w:p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差别不在</w:t>
      </w:r>
      <w:r>
        <w:t xml:space="preserve">"AI </w:t>
      </w:r>
      <w:r>
        <w:rPr>
          <w:rFonts w:ascii="微软雅黑" w:eastAsia="微软雅黑" w:hAnsi="微软雅黑" w:cs="微软雅黑" w:hint="eastAsia"/>
          <w:lang w:eastAsia="zh-CN"/>
        </w:rPr>
        <w:t>聪不聪明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，而在于</w:t>
      </w:r>
      <w:r>
        <w:rPr>
          <w:rFonts w:ascii="微软雅黑" w:eastAsia="微软雅黑" w:hAnsi="微软雅黑" w:cs="微软雅黑" w:hint="eastAsia"/>
          <w:b/>
          <w:lang w:eastAsia="zh-CN"/>
        </w:rPr>
        <w:t>技能里预先装好了这个领域的规矩和模板</w:t>
      </w:r>
      <w:r>
        <w:rPr>
          <w:rFonts w:ascii="微软雅黑" w:eastAsia="微软雅黑" w:hAnsi="微软雅黑" w:cs="微软雅黑" w:hint="eastAsia"/>
          <w:lang w:eastAsia="zh-CN"/>
        </w:rPr>
        <w:t>。</w:t>
      </w:r>
      <w:r/>
    </w:p>
    <w:p>
      <w:pPr>
        <w:pStyle w:val="Heading2"/>
      </w:pPr>
      <w:r>
        <w:rPr>
          <w:rFonts w:ascii="微软雅黑" w:eastAsia="微软雅黑" w:hAnsi="微软雅黑" w:cs="微软雅黑" w:hint="eastAsia"/>
          <w:color w:val="1F3B63"/>
          <w:sz w:val="30"/>
          <w:lang w:eastAsia="zh-CN"/>
        </w:rPr>
        <w:t>二、怎么用：记住三句话</w:t>
      </w:r>
      <w:r/>
    </w:p>
    <w:p>
      <w:pPr>
        <w:pStyle w:val="Heading3"/>
      </w:pPr>
      <w:r>
        <w:rPr>
          <w:rFonts w:ascii="微软雅黑" w:eastAsia="微软雅黑" w:hAnsi="微软雅黑" w:cs="微软雅黑" w:hint="eastAsia"/>
          <w:color w:val="2E5C8A"/>
          <w:sz w:val="25"/>
          <w:lang w:eastAsia="zh-CN"/>
        </w:rPr>
        <w:t>第一句：说人话，不用记命令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你不用背任何指令，也不用学什么语法。把你要的结果描述清楚就行。</w:t>
      </w:r>
      <w:r/>
    </w:p>
    <w:p>
      <w:pPr>
        <w:pStyle w:val="Heading3"/>
      </w:pPr>
      <w:r>
        <w:rPr>
          <w:rFonts w:ascii="微软雅黑" w:eastAsia="微软雅黑" w:hAnsi="微软雅黑" w:cs="微软雅黑" w:hint="eastAsia"/>
          <w:color w:val="2E5C8A"/>
          <w:sz w:val="25"/>
          <w:lang w:eastAsia="zh-CN"/>
        </w:rPr>
        <w:t>第二句：说清三件事——做什么、什么格式、放哪里</w:t>
      </w:r>
      <w:r/>
    </w:p>
    <w:p>
      <w:pPr>
        <w:spacing w:before="160" w:after="160"/>
        <w:pBdr>
          <w:top w:val="single" w:sz="6" w:space="0" w:color="C9D4E4"/>
          <w:bottom w:val="single" w:sz="6" w:space="0" w:color="C9D4E4"/>
          <w:left w:val="single" w:sz="6" w:space="0" w:color="C9D4E4"/>
          <w:right w:val="single" w:sz="6" w:space="0" w:color="C9D4E4"/>
        </w:pBdr>
        <w:shd w:val="clear" w:color="auto" w:fill="F5F8FC"/>
      </w:pPr>
      <w:r>
        <w:rPr>
          <w:color w:val="1F3B63"/>
          <w:shd w:val="clear" w:color="auto" w:fill="F5F8FC"/>
        </w:rPr>
        <w:t>"</w:t>
      </w:r>
      <w:r>
        <w:rPr>
          <w:rFonts w:ascii="微软雅黑" w:eastAsia="微软雅黑" w:hAnsi="微软雅黑" w:cs="微软雅黑" w:hint="eastAsia"/>
          <w:color w:val="1F3B63"/>
          <w:shd w:val="clear" w:color="auto" w:fill="F5F8FC"/>
          <w:lang w:eastAsia="zh-CN"/>
        </w:rPr>
        <w:t>把这份真题整理成可打印的讲义，</w:t>
      </w:r>
      <w:r>
        <w:rPr>
          <w:color w:val="1F3B63"/>
          <w:shd w:val="clear" w:color="auto" w:fill="F5F8FC"/>
        </w:rPr>
        <w:t xml:space="preserve">Word </w:t>
      </w:r>
      <w:r>
        <w:rPr>
          <w:rFonts w:ascii="微软雅黑" w:eastAsia="微软雅黑" w:hAnsi="微软雅黑" w:cs="微软雅黑" w:hint="eastAsia"/>
          <w:color w:val="1F3B63"/>
          <w:shd w:val="clear" w:color="auto" w:fill="F5F8FC"/>
          <w:lang w:eastAsia="zh-CN"/>
        </w:rPr>
        <w:t>格式，放桌面。</w:t>
      </w:r>
      <w:r>
        <w:rPr>
          <w:color w:val="1F3B63"/>
          <w:shd w:val="clear" w:color="auto" w:fill="F5F8FC"/>
        </w:rPr>
        <w:t>"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少了后两样，出来的东西往往不是你要的样子，还得来回返工。一次说全，能省半小时。</w:t>
      </w:r>
      <w:r/>
    </w:p>
    <w:p>
      <w:pPr>
        <w:pStyle w:val="Heading3"/>
      </w:pPr>
      <w:r>
        <w:rPr>
          <w:rFonts w:ascii="微软雅黑" w:eastAsia="微软雅黑" w:hAnsi="微软雅黑" w:cs="微软雅黑" w:hint="eastAsia"/>
          <w:color w:val="2E5C8A"/>
          <w:sz w:val="25"/>
          <w:lang w:eastAsia="zh-CN"/>
        </w:rPr>
        <w:t>第三句：一次一件事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做完一件，确认没问题，再说下一件。一口气提五个要求，容易顾此失彼，结果哪件都不满意。</w:t>
      </w:r>
      <w:r/>
    </w:p>
    <w:p>
      <w:pPr>
        <w:pStyle w:val="Heading3"/>
      </w:pPr>
      <w:r>
        <w:rPr>
          <w:rFonts w:ascii="微软雅黑" w:eastAsia="微软雅黑" w:hAnsi="微软雅黑" w:cs="微软雅黑" w:hint="eastAsia"/>
          <w:color w:val="2E5C8A"/>
          <w:sz w:val="25"/>
          <w:lang w:eastAsia="zh-CN"/>
        </w:rPr>
        <w:t>三种触发方式</w:t>
      </w:r>
      <w:r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shd w:fill="EDF2F9" w:val="clear" w:color="auto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b/>
                <w:sz w:val="22"/>
              </w:rPr>
              <w:t>方式</w:t>
            </w:r>
          </w:p>
        </w:tc>
        <w:tc>
          <w:tcPr>
            <w:tcW w:type="dxa" w:w="2880"/>
            <w:shd w:fill="EDF2F9" w:val="clear" w:color="auto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b/>
                <w:sz w:val="22"/>
              </w:rPr>
              <w:t>怎么说</w:t>
            </w:r>
          </w:p>
        </w:tc>
        <w:tc>
          <w:tcPr>
            <w:tcW w:type="dxa" w:w="2880"/>
            <w:shd w:fill="EDF2F9" w:val="clear" w:color="auto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b/>
                <w:sz w:val="22"/>
              </w:rPr>
              <w:t>什么时候用</w:t>
            </w:r>
          </w:p>
        </w:tc>
      </w:tr>
      <w:tr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自动匹配</w:t>
            </w:r>
          </w:p>
        </w:tc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帮我改改这篇作文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</w:p>
        </w:tc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最常用，它自己判断该调用哪个技能</w:t>
            </w:r>
          </w:p>
        </w:tc>
      </w:tr>
      <w:tr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点名使用</w:t>
            </w:r>
          </w:p>
        </w:tc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用英语作文批改那个技能来做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</w:p>
        </w:tc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手上技能多，想指定某一个</w:t>
            </w:r>
          </w:p>
        </w:tc>
      </w:tr>
      <w:tr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先查后挑</w:t>
            </w:r>
          </w:p>
        </w:tc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你现在有哪些技能？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</w:p>
        </w:tc>
        <w:tc>
          <w:tcPr>
            <w:tcW w:type="dxa" w:w="288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不确定它能干什么的时候</w:t>
            </w:r>
          </w:p>
        </w:tc>
      </w:tr>
    </w:tbl>
    <w:p>
      <w:r/>
    </w:p>
    <w:p>
      <w:pPr>
        <w:pStyle w:val="Heading2"/>
      </w:pPr>
      <w:r>
        <w:rPr>
          <w:rFonts w:ascii="微软雅黑" w:eastAsia="微软雅黑" w:hAnsi="微软雅黑" w:cs="微软雅黑" w:hint="eastAsia"/>
          <w:color w:val="1F3B63"/>
          <w:sz w:val="30"/>
          <w:lang w:eastAsia="zh-CN"/>
        </w:rPr>
        <w:t>三、怎么知道自己有哪些技能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直接问它一句：</w:t>
      </w:r>
      <w:r/>
    </w:p>
    <w:p>
      <w:pPr>
        <w:spacing w:before="160" w:after="160"/>
        <w:pBdr>
          <w:top w:val="single" w:sz="6" w:space="0" w:color="C9D4E4"/>
          <w:bottom w:val="single" w:sz="6" w:space="0" w:color="C9D4E4"/>
          <w:left w:val="single" w:sz="6" w:space="0" w:color="C9D4E4"/>
          <w:right w:val="single" w:sz="6" w:space="0" w:color="C9D4E4"/>
        </w:pBdr>
        <w:shd w:val="clear" w:color="auto" w:fill="F5F8FC"/>
      </w:pPr>
      <w:r>
        <w:rPr>
          <w:color w:val="1F3B63"/>
          <w:shd w:val="clear" w:color="auto" w:fill="F5F8FC"/>
        </w:rPr>
        <w:t>"</w:t>
      </w:r>
      <w:r>
        <w:rPr>
          <w:rFonts w:ascii="微软雅黑" w:eastAsia="微软雅黑" w:hAnsi="微软雅黑" w:cs="微软雅黑" w:hint="eastAsia"/>
          <w:color w:val="1F3B63"/>
          <w:shd w:val="clear" w:color="auto" w:fill="F5F8FC"/>
          <w:lang w:eastAsia="zh-CN"/>
        </w:rPr>
        <w:t>列一下你现在装了哪些技能，各自能干什么。</w:t>
      </w:r>
      <w:r>
        <w:rPr>
          <w:color w:val="1F3B63"/>
          <w:shd w:val="clear" w:color="auto" w:fill="F5F8FC"/>
        </w:rPr>
        <w:t>"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它会给你一份清单。建议第一次花五分钟做一件事：</w:t>
      </w:r>
      <w:r>
        <w:rPr>
          <w:rFonts w:ascii="微软雅黑" w:eastAsia="微软雅黑" w:hAnsi="微软雅黑" w:cs="微软雅黑" w:hint="eastAsia"/>
          <w:b/>
          <w:lang w:eastAsia="zh-CN"/>
        </w:rPr>
        <w:t>拿张纸，左边写你每周重复干的活，右边写对应的技能。</w:t>
      </w:r>
      <w:r>
        <w:rPr>
          <w:rFonts w:ascii="微软雅黑" w:eastAsia="微软雅黑" w:hAnsi="微软雅黑" w:cs="微软雅黑" w:hint="eastAsia"/>
          <w:lang w:eastAsia="zh-CN"/>
        </w:rPr>
        <w:t>这张表以后就是你使唤它的入口。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技能分两层：</w:t>
      </w:r>
      <w:r>
        <w:rPr>
          <w:rFonts w:ascii="微软雅黑" w:eastAsia="微软雅黑" w:hAnsi="微软雅黑" w:cs="微软雅黑" w:hint="eastAsia"/>
          <w:b/>
          <w:lang w:eastAsia="zh-CN"/>
        </w:rPr>
        <w:t>用户级</w:t>
      </w:r>
      <w:r>
        <w:rPr>
          <w:rFonts w:ascii="微软雅黑" w:eastAsia="微软雅黑" w:hAnsi="微软雅黑" w:cs="微软雅黑" w:hint="eastAsia"/>
          <w:lang w:eastAsia="zh-CN"/>
        </w:rPr>
        <w:t>（装在电脑上，所有对话里都能用）和</w:t>
      </w:r>
      <w:r>
        <w:rPr>
          <w:rFonts w:ascii="微软雅黑" w:eastAsia="微软雅黑" w:hAnsi="微软雅黑" w:cs="微软雅黑" w:hint="eastAsia"/>
          <w:b/>
          <w:lang w:eastAsia="zh-CN"/>
        </w:rPr>
        <w:t>项目级</w:t>
      </w:r>
      <w:r>
        <w:rPr>
          <w:rFonts w:ascii="微软雅黑" w:eastAsia="微软雅黑" w:hAnsi="微软雅黑" w:cs="微软雅黑" w:hint="eastAsia"/>
          <w:lang w:eastAsia="zh-CN"/>
        </w:rPr>
        <w:t>（放在某个文件夹里，只在那儿生效）。我们日常用到的绝大多数是用户级。</w:t>
      </w:r>
      <w:r/>
    </w:p>
    <w:p>
      <w:pPr>
        <w:pStyle w:val="Heading2"/>
      </w:pPr>
      <w:r>
        <w:rPr>
          <w:rFonts w:ascii="微软雅黑" w:eastAsia="微软雅黑" w:hAnsi="微软雅黑" w:cs="微软雅黑" w:hint="eastAsia"/>
          <w:color w:val="1F3B63"/>
          <w:sz w:val="30"/>
          <w:lang w:eastAsia="zh-CN"/>
        </w:rPr>
        <w:t>四、技能不够用怎么办：找，然后装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不用去外面下载、解压、找目录。一句话就行：</w:t>
      </w:r>
      <w:r/>
    </w:p>
    <w:p>
      <w:pPr>
        <w:spacing w:before="160" w:after="160"/>
        <w:pBdr>
          <w:top w:val="single" w:sz="6" w:space="0" w:color="C9D4E4"/>
          <w:bottom w:val="single" w:sz="6" w:space="0" w:color="C9D4E4"/>
          <w:left w:val="single" w:sz="6" w:space="0" w:color="C9D4E4"/>
          <w:right w:val="single" w:sz="6" w:space="0" w:color="C9D4E4"/>
        </w:pBdr>
        <w:shd w:val="clear" w:color="auto" w:fill="F5F8FC"/>
      </w:pPr>
      <w:r>
        <w:rPr>
          <w:color w:val="1F3B63"/>
          <w:shd w:val="clear" w:color="auto" w:fill="F5F8FC"/>
        </w:rPr>
        <w:t>"</w:t>
      </w:r>
      <w:r>
        <w:rPr>
          <w:rFonts w:ascii="微软雅黑" w:eastAsia="微软雅黑" w:hAnsi="微软雅黑" w:cs="微软雅黑" w:hint="eastAsia"/>
          <w:color w:val="1F3B63"/>
          <w:shd w:val="clear" w:color="auto" w:fill="F5F8FC"/>
          <w:lang w:eastAsia="zh-CN"/>
        </w:rPr>
        <w:t>有没有能把</w:t>
      </w:r>
      <w:r>
        <w:rPr>
          <w:color w:val="1F3B63"/>
          <w:shd w:val="clear" w:color="auto" w:fill="F5F8FC"/>
        </w:rPr>
        <w:t xml:space="preserve"> Word </w:t>
      </w:r>
      <w:r>
        <w:rPr>
          <w:rFonts w:ascii="微软雅黑" w:eastAsia="微软雅黑" w:hAnsi="微软雅黑" w:cs="微软雅黑" w:hint="eastAsia"/>
          <w:color w:val="1F3B63"/>
          <w:shd w:val="clear" w:color="auto" w:fill="F5F8FC"/>
          <w:lang w:eastAsia="zh-CN"/>
        </w:rPr>
        <w:t>做成课件的技能？</w:t>
      </w:r>
      <w:r>
        <w:rPr>
          <w:color w:val="1F3B63"/>
          <w:shd w:val="clear" w:color="auto" w:fill="F5F8FC"/>
        </w:rPr>
        <w:t>"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接下来它自己走完这几步：去技能库检索</w:t>
      </w:r>
      <w:r>
        <w:t xml:space="preserve"> → </w:t>
      </w:r>
      <w:r>
        <w:rPr>
          <w:rFonts w:ascii="微软雅黑" w:eastAsia="微软雅黑" w:hAnsi="微软雅黑" w:cs="微软雅黑" w:hint="eastAsia"/>
          <w:lang w:eastAsia="zh-CN"/>
        </w:rPr>
        <w:t>列出几个候选（带下载量、简介、主页链接）</w:t>
      </w:r>
      <w:r>
        <w:t xml:space="preserve">→ </w:t>
      </w:r>
      <w:r>
        <w:rPr>
          <w:rFonts w:ascii="微软雅黑" w:eastAsia="微软雅黑" w:hAnsi="微软雅黑" w:cs="微软雅黑" w:hint="eastAsia"/>
          <w:lang w:eastAsia="zh-CN"/>
        </w:rPr>
        <w:t>你挑一个</w:t>
      </w:r>
      <w:r>
        <w:t xml:space="preserve"> → </w:t>
      </w:r>
      <w:r>
        <w:rPr>
          <w:rFonts w:ascii="微软雅黑" w:eastAsia="微软雅黑" w:hAnsi="微软雅黑" w:cs="微软雅黑" w:hint="eastAsia"/>
          <w:lang w:eastAsia="zh-CN"/>
        </w:rPr>
        <w:t>检查安全性</w:t>
      </w:r>
      <w:r>
        <w:t xml:space="preserve"> → </w:t>
      </w:r>
      <w:r>
        <w:rPr>
          <w:rFonts w:ascii="微软雅黑" w:eastAsia="微软雅黑" w:hAnsi="微软雅黑" w:cs="微软雅黑" w:hint="eastAsia"/>
          <w:lang w:eastAsia="zh-CN"/>
        </w:rPr>
        <w:t>装到电脑上。</w:t>
      </w:r>
      <w:r/>
    </w:p>
    <w:p>
      <w:pPr>
        <w:spacing w:before="160" w:after="160"/>
        <w:pBdr>
          <w:top w:val="single" w:sz="6" w:space="0" w:color="E3CE9A"/>
          <w:bottom w:val="single" w:sz="6" w:space="0" w:color="E3CE9A"/>
          <w:left w:val="single" w:sz="6" w:space="0" w:color="E3CE9A"/>
          <w:right w:val="single" w:sz="6" w:space="0" w:color="E3CE9A"/>
        </w:pBdr>
        <w:shd w:val="clear" w:color="auto" w:fill="FFF8E8"/>
      </w:pPr>
      <w:r>
        <w:rPr>
          <w:rFonts w:ascii="微软雅黑" w:eastAsia="微软雅黑" w:hAnsi="微软雅黑" w:cs="微软雅黑" w:hint="eastAsia"/>
          <w:b/>
          <w:shd w:val="clear" w:color="auto" w:fill="FFF8E8"/>
          <w:lang w:eastAsia="zh-CN"/>
        </w:rPr>
        <w:t>最关键的一步：装完要新开一个对话，技能才生效。</w:t>
      </w:r>
      <w:r>
        <w:rPr>
          <w:rFonts w:ascii="微软雅黑" w:eastAsia="微软雅黑" w:hAnsi="微软雅黑" w:cs="微软雅黑" w:hint="eastAsia"/>
          <w:shd w:val="clear" w:color="auto" w:fill="FFF8E8"/>
          <w:lang w:eastAsia="zh-CN"/>
        </w:rPr>
        <w:t>这一步最容易忘。很多人装完就在原来的对话里接着问，发现没反应，以为是装失败了。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装之前它会做一次安全检查，看看技能里有没有危险的脚本、要什么权限。发现高风险会先提醒你，不会闷头装上。技能来源主要有两处：开源技能库（范围广、更新快）和官方的推荐市场（更稳妥）。日常只管提需求，走哪条路由它自己判断。</w:t>
      </w:r>
      <w:r/>
    </w:p>
    <w:p>
      <w:pPr>
        <w:pStyle w:val="Heading2"/>
      </w:pPr>
      <w:r>
        <w:rPr>
          <w:rFonts w:ascii="微软雅黑" w:eastAsia="微软雅黑" w:hAnsi="微软雅黑" w:cs="微软雅黑" w:hint="eastAsia"/>
          <w:color w:val="1F3B63"/>
          <w:sz w:val="30"/>
          <w:lang w:eastAsia="zh-CN"/>
        </w:rPr>
        <w:t>五、我们最常用的五个场景</w:t>
      </w:r>
      <w:r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EDF2F9" w:val="clear" w:color="auto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b/>
                <w:sz w:val="22"/>
              </w:rPr>
              <w:t>想要什么</w:t>
            </w:r>
          </w:p>
        </w:tc>
        <w:tc>
          <w:tcPr>
            <w:tcW w:type="dxa" w:w="4320"/>
            <w:shd w:fill="EDF2F9" w:val="clear" w:color="auto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b/>
                <w:sz w:val="22"/>
              </w:rPr>
              <w:t>就这么说</w:t>
            </w:r>
          </w:p>
        </w:tc>
      </w:tr>
      <w:tr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整理讲义</w:t>
            </w:r>
          </w:p>
        </w:tc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把这份资料做成可打印的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Word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讲义，放桌面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</w:p>
        </w:tc>
      </w:tr>
      <w:tr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做课件</w:t>
            </w:r>
          </w:p>
        </w:tc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把这份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Word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做成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20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页左右的课件，风格简洁一点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</w:p>
        </w:tc>
      </w:tr>
      <w:tr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出练习</w:t>
            </w:r>
          </w:p>
        </w:tc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从这份作业里挑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10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个单词，用原句做词义识别练习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</w:p>
        </w:tc>
      </w:tr>
      <w:tr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改作文</w:t>
            </w:r>
          </w:p>
        </w:tc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按高考评分标准批改这篇作文，标出改了哪里、为什么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</w:p>
        </w:tc>
      </w:tr>
      <w:tr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查资料</w:t>
            </w:r>
          </w:p>
        </w:tc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查一下这个专题近五年的命题规律，输出一份报告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</w:p>
        </w:tc>
      </w:tr>
    </w:tbl>
    <w:p>
      <w:r/>
    </w:p>
    <w:p>
      <w:pPr>
        <w:pStyle w:val="Heading2"/>
      </w:pPr>
      <w:r>
        <w:rPr>
          <w:rFonts w:ascii="微软雅黑" w:eastAsia="微软雅黑" w:hAnsi="微软雅黑" w:cs="微软雅黑" w:hint="eastAsia"/>
          <w:color w:val="1F3B63"/>
          <w:sz w:val="30"/>
          <w:lang w:eastAsia="zh-CN"/>
        </w:rPr>
        <w:t>六、五个容易踩的坑</w:t>
      </w:r>
      <w:r/>
    </w:p>
    <w:p>
      <w:pPr>
        <w:pStyle w:val="ListNumber"/>
        <w:numPr>
          <w:ilvl w:val="0"/>
          <w:numId w:val="10"/>
        </w:numPr>
        <w:spacing w:before="60" w:after="60"/>
      </w:pPr>
      <w:r>
        <w:rPr>
          <w:rFonts w:ascii="微软雅黑" w:eastAsia="微软雅黑" w:hAnsi="微软雅黑" w:cs="微软雅黑" w:hint="eastAsia"/>
          <w:b/>
          <w:lang w:eastAsia="zh-CN"/>
        </w:rPr>
        <w:t>装完不生效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新开一个对话再试。</w:t>
      </w:r>
    </w:p>
    <w:p>
      <w:pPr>
        <w:pStyle w:val="ListNumber"/>
        <w:numPr>
          <w:ilvl w:val="0"/>
          <w:numId w:val="10"/>
        </w:numPr>
        <w:spacing w:before="60" w:after="60"/>
      </w:pPr>
      <w:r>
        <w:rPr>
          <w:rFonts w:ascii="微软雅黑" w:eastAsia="微软雅黑" w:hAnsi="微软雅黑" w:cs="微软雅黑" w:hint="eastAsia"/>
          <w:b/>
          <w:lang w:eastAsia="zh-CN"/>
        </w:rPr>
        <w:t>没说格式和存放位置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结果不对味，还得返工。</w:t>
      </w:r>
    </w:p>
    <w:p>
      <w:pPr>
        <w:pStyle w:val="ListNumber"/>
        <w:numPr>
          <w:ilvl w:val="0"/>
          <w:numId w:val="10"/>
        </w:numPr>
        <w:spacing w:before="60" w:after="60"/>
      </w:pPr>
      <w:r>
        <w:rPr>
          <w:rFonts w:ascii="微软雅黑" w:eastAsia="微软雅黑" w:hAnsi="微软雅黑" w:cs="微软雅黑" w:hint="eastAsia"/>
          <w:b/>
          <w:lang w:eastAsia="zh-CN"/>
        </w:rPr>
        <w:t>一次给太多任务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拆开，一件件来。</w:t>
      </w:r>
    </w:p>
    <w:p>
      <w:pPr>
        <w:pStyle w:val="ListNumber"/>
        <w:numPr>
          <w:ilvl w:val="0"/>
          <w:numId w:val="10"/>
        </w:numPr>
        <w:spacing w:before="60" w:after="60"/>
      </w:pPr>
      <w:r>
        <w:rPr>
          <w:rFonts w:ascii="微软雅黑" w:eastAsia="微软雅黑" w:hAnsi="微软雅黑" w:cs="微软雅黑" w:hint="eastAsia"/>
          <w:b/>
          <w:lang w:eastAsia="zh-CN"/>
        </w:rPr>
        <w:t>反复打开预览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文件生成后说清路径就行，不必让它一遍遍弹窗。</w:t>
      </w:r>
    </w:p>
    <w:p>
      <w:pPr>
        <w:pStyle w:val="ListNumber"/>
        <w:numPr>
          <w:ilvl w:val="0"/>
          <w:numId w:val="10"/>
        </w:numPr>
        <w:spacing w:before="60" w:after="60"/>
      </w:pPr>
      <w:r>
        <w:rPr>
          <w:rFonts w:ascii="微软雅黑" w:eastAsia="微软雅黑" w:hAnsi="微软雅黑" w:cs="微软雅黑" w:hint="eastAsia"/>
          <w:b/>
          <w:lang w:eastAsia="zh-CN"/>
        </w:rPr>
        <w:t>动自己的文件时不给确认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处理重要资料时，先让它列清单、你点头，再动手。</w:t>
      </w:r>
      <w:r/>
    </w:p>
    <w:p>
      <w:pPr>
        <w:pStyle w:val="Heading2"/>
      </w:pPr>
      <w:r>
        <w:rPr>
          <w:rFonts w:ascii="微软雅黑" w:eastAsia="微软雅黑" w:hAnsi="微软雅黑" w:cs="微软雅黑" w:hint="eastAsia"/>
          <w:color w:val="1F3B63"/>
          <w:sz w:val="30"/>
          <w:lang w:eastAsia="zh-CN"/>
        </w:rPr>
        <w:t>七、现场演示：五分钟走一遍</w:t>
      </w:r>
      <w:r/>
    </w:p>
    <w:p>
      <w:pPr>
        <w:pStyle w:val="ListNumber"/>
        <w:numPr>
          <w:ilvl w:val="0"/>
          <w:numId w:val="11"/>
        </w:numPr>
        <w:spacing w:before="60" w:after="60"/>
      </w:pPr>
      <w:r>
        <w:rPr>
          <w:rFonts w:ascii="微软雅黑" w:eastAsia="微软雅黑" w:hAnsi="微软雅黑" w:cs="微软雅黑" w:hint="eastAsia"/>
          <w:lang w:eastAsia="zh-CN"/>
        </w:rPr>
        <w:t>问一句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你现在有哪些技能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，把清单投出来。</w:t>
      </w:r>
    </w:p>
    <w:p>
      <w:pPr>
        <w:pStyle w:val="ListNumber"/>
        <w:numPr>
          <w:ilvl w:val="0"/>
          <w:numId w:val="11"/>
        </w:numPr>
        <w:spacing w:before="60" w:after="60"/>
      </w:pPr>
      <w:r>
        <w:rPr>
          <w:rFonts w:ascii="微软雅黑" w:eastAsia="微软雅黑" w:hAnsi="微软雅黑" w:cs="微软雅黑" w:hint="eastAsia"/>
          <w:lang w:eastAsia="zh-CN"/>
        </w:rPr>
        <w:t>拿一份现成的</w:t>
      </w:r>
      <w:r>
        <w:t xml:space="preserve"> Word </w:t>
      </w:r>
      <w:r>
        <w:rPr>
          <w:rFonts w:ascii="微软雅黑" w:eastAsia="微软雅黑" w:hAnsi="微软雅黑" w:cs="微软雅黑" w:hint="eastAsia"/>
          <w:lang w:eastAsia="zh-CN"/>
        </w:rPr>
        <w:t>资料，说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做成可打印的讲义，放桌面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，当场出结果。</w:t>
      </w:r>
    </w:p>
    <w:p>
      <w:pPr>
        <w:pStyle w:val="ListNumber"/>
        <w:numPr>
          <w:ilvl w:val="0"/>
          <w:numId w:val="11"/>
        </w:numPr>
        <w:spacing w:before="60" w:after="60"/>
      </w:pPr>
      <w:r>
        <w:rPr>
          <w:rFonts w:ascii="微软雅黑" w:eastAsia="微软雅黑" w:hAnsi="微软雅黑" w:cs="微软雅黑" w:hint="eastAsia"/>
          <w:lang w:eastAsia="zh-CN"/>
        </w:rPr>
        <w:t>问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有没有做课件的技能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，看它检索、列候选。</w:t>
      </w:r>
    </w:p>
    <w:p>
      <w:pPr>
        <w:pStyle w:val="ListNumber"/>
        <w:numPr>
          <w:ilvl w:val="0"/>
          <w:numId w:val="11"/>
        </w:numPr>
        <w:spacing w:before="60" w:after="60"/>
      </w:pPr>
      <w:r>
        <w:rPr>
          <w:rFonts w:ascii="微软雅黑" w:eastAsia="微软雅黑" w:hAnsi="微软雅黑" w:cs="微软雅黑" w:hint="eastAsia"/>
          <w:lang w:eastAsia="zh-CN"/>
        </w:rPr>
        <w:t>挑一个装上，</w:t>
      </w:r>
      <w:r>
        <w:rPr>
          <w:rFonts w:ascii="微软雅黑" w:eastAsia="微软雅黑" w:hAnsi="微软雅黑" w:cs="微软雅黑" w:hint="eastAsia"/>
          <w:b/>
          <w:lang w:eastAsia="zh-CN"/>
        </w:rPr>
        <w:t>新开一个对话</w:t>
      </w:r>
      <w:r>
        <w:rPr>
          <w:rFonts w:ascii="微软雅黑" w:eastAsia="微软雅黑" w:hAnsi="微软雅黑" w:cs="微软雅黑" w:hint="eastAsia"/>
          <w:lang w:eastAsia="zh-CN"/>
        </w:rPr>
        <w:t>，再让它做课件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验证是不是真的生效了。</w:t>
      </w:r>
      <w:r/>
    </w:p>
    <w:p>
      <w:pPr>
        <w:pStyle w:val="Heading2"/>
      </w:pPr>
      <w:r>
        <w:rPr>
          <w:rFonts w:ascii="微软雅黑" w:eastAsia="微软雅黑" w:hAnsi="微软雅黑" w:cs="微软雅黑" w:hint="eastAsia"/>
          <w:color w:val="1F3B63"/>
          <w:sz w:val="30"/>
          <w:lang w:eastAsia="zh-CN"/>
        </w:rPr>
        <w:t>八、一页速查</w:t>
      </w:r>
      <w:r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shd w:fill="EDF2F9" w:val="clear" w:color="auto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b/>
                <w:sz w:val="22"/>
              </w:rPr>
              <w:t>你想干的事</w:t>
            </w:r>
          </w:p>
        </w:tc>
        <w:tc>
          <w:tcPr>
            <w:tcW w:type="dxa" w:w="4320"/>
            <w:shd w:fill="EDF2F9" w:val="clear" w:color="auto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left"/>
              <w:spacing w:line="240" w:lineRule="auto" w:before="55" w:after="55"/>
            </w:pPr>
            <w:r>
              <w:rPr>
                <w:b/>
                <w:sz w:val="22"/>
              </w:rPr>
              <w:t>就这么说</w:t>
            </w:r>
          </w:p>
        </w:tc>
      </w:tr>
      <w:tr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让它干活</w:t>
            </w:r>
          </w:p>
        </w:tc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做什么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+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什么格式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+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放哪里</w:t>
            </w:r>
          </w:p>
        </w:tc>
      </w:tr>
      <w:tr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不知道它能干啥</w:t>
            </w:r>
          </w:p>
        </w:tc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列一下你有哪些技能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</w:p>
        </w:tc>
      </w:tr>
      <w:tr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缺技能</w:t>
            </w:r>
          </w:p>
        </w:tc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"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有没有能做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XX 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的技能？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"</w:t>
            </w:r>
          </w:p>
        </w:tc>
      </w:tr>
      <w:tr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装完没反应</w:t>
            </w:r>
          </w:p>
        </w:tc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新开一个对话</w:t>
            </w:r>
          </w:p>
        </w:tc>
      </w:tr>
      <w:tr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它干得不对</w:t>
            </w:r>
          </w:p>
        </w:tc>
        <w:tc>
          <w:tcPr>
            <w:tcW w:type="dxa" w:w="4320"/>
            <w:tcBorders>
              <w:top w:val="single" w:sz="6" w:space="0" w:color="B8C6DA"/>
              <w:bottom w:val="single" w:sz="6" w:space="0" w:color="B8C6DA"/>
              <w:left w:val="single" w:sz="6" w:space="0" w:color="B8C6DA"/>
              <w:right w:val="single" w:sz="6" w:space="0" w:color="B8C6DA"/>
            </w:tcBorders>
            <w:vAlign w:val="center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line="240" w:lineRule="auto" w:before="55" w:after="55"/>
            </w:pPr>
            <w:r>
              <w:rPr>
                <w:sz w:val="22"/>
              </w:rPr>
              <w:t>直接说哪里不对，别重头再问一遍</w:t>
            </w:r>
          </w:p>
        </w:tc>
      </w:tr>
    </w:tbl>
    <w:p>
      <w:r/>
    </w:p>
    <w:p>
      <w:pPr>
        <w:pStyle w:val="Heading2"/>
      </w:pPr>
      <w:r>
        <w:rPr>
          <w:rFonts w:ascii="微软雅黑" w:eastAsia="微软雅黑" w:hAnsi="微软雅黑" w:cs="微软雅黑" w:hint="eastAsia"/>
          <w:color w:val="1F3B63"/>
          <w:sz w:val="30"/>
          <w:lang w:eastAsia="zh-CN"/>
        </w:rPr>
        <w:t>收尾</w:t>
      </w:r>
      <w:r/>
    </w:p>
    <w:p>
      <w:pPr/>
      <w:r>
        <w:t xml:space="preserve">Skill </w:t>
      </w:r>
      <w:r>
        <w:rPr>
          <w:rFonts w:ascii="微软雅黑" w:eastAsia="微软雅黑" w:hAnsi="微软雅黑" w:cs="微软雅黑" w:hint="eastAsia"/>
          <w:lang w:eastAsia="zh-CN"/>
        </w:rPr>
        <w:t>的价值不在于你会不会敲命令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它压根不需要命令。价值在于你能不能</w:t>
      </w:r>
      <w:r>
        <w:rPr>
          <w:rFonts w:ascii="微软雅黑" w:eastAsia="微软雅黑" w:hAnsi="微软雅黑" w:cs="微软雅黑" w:hint="eastAsia"/>
          <w:b/>
          <w:lang w:eastAsia="zh-CN"/>
        </w:rPr>
        <w:t>把要求说清楚</w:t>
      </w:r>
      <w:r>
        <w:rPr>
          <w:rFonts w:ascii="微软雅黑" w:eastAsia="微软雅黑" w:hAnsi="微软雅黑" w:cs="微软雅黑" w:hint="eastAsia"/>
          <w:lang w:eastAsia="zh-CN"/>
        </w:rPr>
        <w:t>：要什么、什么格式、放哪里。</w:t>
      </w:r>
      <w:r/>
    </w:p>
    <w:p>
      <w:pPr/>
      <w:r>
        <w:rPr>
          <w:rFonts w:ascii="微软雅黑" w:eastAsia="微软雅黑" w:hAnsi="微软雅黑" w:cs="微软雅黑" w:hint="eastAsia"/>
          <w:lang w:eastAsia="zh-CN"/>
        </w:rPr>
        <w:t>把这三句话说全，它就能稳定地替你把重复的活干掉。省下来的时间，留给备课本身。</w:t>
      </w:r>
      <w:r/>
      <w:r/>
      <w:r/>
    </w:p>
    <w:sectPr w:rsidR="00FC693F" w:rsidRPr="0006063C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7" w:lineRule="auto"/>
    </w:pPr>
    <w:rPr>
      <w:rFonts w:ascii="微软雅黑" w:hAnsi="微软雅黑" w:eastAsia="微软雅黑"/>
      <w:color w:val="2020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/>
      <w:jc w:val="center"/>
      <w:outlineLvl w:val="0"/>
    </w:pPr>
    <w:rPr>
      <w:rFonts w:asciiTheme="majorHAnsi" w:eastAsiaTheme="majorEastAsia" w:hAnsiTheme="majorHAnsi" w:cstheme="majorBidi"/>
      <w:b/>
      <w:bCs/>
      <w:color w:val="1F3B63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40" w:after="0"/>
      <w:outlineLvl w:val="1"/>
    </w:pPr>
    <w:rPr>
      <w:rFonts w:asciiTheme="majorHAnsi" w:eastAsiaTheme="majorEastAsia" w:hAnsiTheme="majorHAnsi" w:cstheme="majorBidi"/>
      <w:b/>
      <w:bCs/>
      <w:color w:val="1F3B63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80"/>
      <w:outlineLvl w:val="2"/>
    </w:pPr>
    <w:rPr>
      <w:rFonts w:asciiTheme="majorHAnsi" w:eastAsiaTheme="majorEastAsia" w:hAnsiTheme="majorHAnsi" w:cstheme="majorBidi"/>
      <w:b/>
      <w:bCs/>
      <w:color w:val="2E5C8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