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AI 时代，英语课该教什么</w:t>
      </w:r>
    </w:p>
    <w:p>
      <w:pPr>
        <w:jc w:val="center"/>
      </w:pPr>
      <w:r>
        <w:rPr>
          <w:rFonts w:ascii="Times New Roman" w:hAnsi="Times New Roman" w:eastAsia="楷体"/>
          <w:color w:val="1F3B73"/>
          <w:sz w:val="26"/>
        </w:rPr>
        <w:t>——以高中英语教学为例</w:t>
      </w:r>
    </w:p>
    <w:p>
      <w:pPr>
        <w:pStyle w:val="Heading1"/>
      </w:pPr>
      <w:r>
        <w:rPr>
          <w:rFonts w:ascii="Arial" w:hAnsi="Arial" w:eastAsia="黑体"/>
          <w:b/>
        </w:rPr>
        <w:t>一、先承认一个不太舒服的事实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作为高中英语教师，你可能已经有过这样的经历：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备课时，随手把一段英文丢给 AI，3 秒就拿到了通顺的译文；批作文时，把一篇习作贴进去，语法错误一秒标红；想给读后续写"打个样"，AI 也能"四平八稳"地套出一篇。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那一刻你大概会愣一下——翻译、改错、套模板，这三件事我练了十几年，怎么机器做得又快又好？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这不是危言耸听，而是我们必须先承认的起点。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承认它，不意味着英语课没用了；恰恰相反——它逼我们回答一个真问题：那课堂上的时间，该往哪儿挪？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我的回答是三个判断。而这三个判断落到课堂上，都绕不开一个问题：怎么用 WorkBuddy，去发展学生的思维。</w:t>
      </w:r>
    </w:p>
    <w:p>
      <w:pPr>
        <w:pStyle w:val="Heading1"/>
      </w:pPr>
      <w:r>
        <w:rPr>
          <w:rFonts w:ascii="Arial" w:hAnsi="Arial" w:eastAsia="黑体"/>
          <w:b/>
        </w:rPr>
        <w:t>二、我的三个判断</w:t>
      </w:r>
    </w:p>
    <w:p>
      <w:pPr>
        <w:pStyle w:val="Heading2"/>
      </w:pPr>
      <w:r>
        <w:rPr>
          <w:rFonts w:ascii="Arial" w:hAnsi="Arial" w:eastAsia="黑体"/>
          <w:b/>
        </w:rPr>
        <w:t>判断一：从"教结果"，转向"教过程"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机器最擅长给的是结果——一个译文、一个答案、一篇范文。但课堂真正的价值，从来不在"结果"里，而在"得到结果的过程"里。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举例：一句英语，"他气得说不出话"。机器 3 秒给你三种译法，都很"对"。但为什么在某个语境里该选 A 不选 B？哪个更有力量？哪个更贴合人物的身份？——这个"权衡"，机器不会替你上这一课。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所以翻译课不该再教"标准译文"，而该教"在多个正确之间，如何判断哪个更好"。这是机器给不了的。</w:t>
      </w:r>
    </w:p>
    <w:p>
      <w:pPr>
        <w:pStyle w:val="Heading2"/>
      </w:pPr>
      <w:r>
        <w:rPr>
          <w:rFonts w:ascii="Arial" w:hAnsi="Arial" w:eastAsia="黑体"/>
          <w:b/>
        </w:rPr>
        <w:t>判断二：从"抠语言点"，转向"练思维"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语法对不对，机器一秒就能标红；单词拼写、搭配错误，AI 挑得比老师还快。那老师还教什么语法、改什么错？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我们该教的，是语言背后的思维：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批判性阅读：这段话作者有没有立场？他在替谁说话？有没有回避什么？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逻辑推理：这个论证成立吗？理由和结论之间，那个"跳步"在哪里？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语篇意识：七选五为什么这样选？句子之间那根"看不见的线"是怎么缝的？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价值判断：这个观点你认同吗？换成中国人的视角，会怎么看？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这些能力，机器能"呈现"，但无法替学生"长出来"。而它们，恰恰是 AI 时代一个人最值钱的部分。</w:t>
      </w:r>
    </w:p>
    <w:p>
      <w:pPr>
        <w:pStyle w:val="Heading2"/>
      </w:pPr>
      <w:r>
        <w:rPr>
          <w:rFonts w:ascii="Arial" w:hAnsi="Arial" w:eastAsia="黑体"/>
          <w:b/>
        </w:rPr>
        <w:t>判断三：从"套模板"，转向"会提问"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套模板这件事，机器已经赢了——它比你更会用"as the saying goes""from my perspective"。那学生不可替代的是什么？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是提出问题、定义问题、在不确定中做选择，以及表达真实的思想与情感。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一个能问出好问题的学生，比一个会套模板的学生，走得更远。而这一点，正是 WorkBuddy 最能帮上忙的地方——前提是，我们用对方式。</w:t>
      </w:r>
    </w:p>
    <w:p>
      <w:pPr>
        <w:pStyle w:val="Heading1"/>
      </w:pPr>
      <w:r>
        <w:rPr>
          <w:rFonts w:ascii="Arial" w:hAnsi="Arial" w:eastAsia="黑体"/>
          <w:b/>
        </w:rPr>
        <w:t>三、重点：怎么用 WorkBuddy 发展学生的思维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这里有个关键前提，必须先说清楚：</w:t>
      </w:r>
    </w:p>
    <w:p>
      <w:pPr>
        <w:spacing w:line="336" w:lineRule="auto"/>
        <w:ind w:left="280" w:right="160"/>
        <w:shd w:fill="EEF3FB"/>
      </w:pPr>
      <w:r>
        <w:rPr>
          <w:rFonts w:ascii="Times New Roman" w:hAnsi="Times New Roman" w:eastAsia="宋体"/>
          <w:b/>
          <w:color w:val="1F3B73"/>
          <w:sz w:val="22"/>
        </w:rPr>
        <w:t>WorkBuddy 不是学生的"代笔"，而是学生思维的"磨刀石"。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用错了，它是让学生偷懒的"答案机器"；用对了，它是逼学生思考的"陪练"。下面四种用法，都是把 WorkBuddy 变成"思维训练器"的路子。</w:t>
      </w:r>
    </w:p>
    <w:p>
      <w:pPr>
        <w:pStyle w:val="Heading2"/>
      </w:pPr>
      <w:r>
        <w:rPr>
          <w:rFonts w:ascii="Arial" w:hAnsi="Arial" w:eastAsia="黑体"/>
          <w:b/>
        </w:rPr>
        <w:t>用法一：让 AI 当"反方辩友"，逼学生论证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做法：学生先就一个话题（如"高中生该不该用 AI 写作业"）用英语写出自己的观点，然后把观点交给 WorkBuddy，指令是：</w:t>
      </w:r>
    </w:p>
    <w:p>
      <w:pPr>
        <w:spacing w:line="336" w:lineRule="auto"/>
        <w:ind w:left="280" w:right="160"/>
        <w:shd w:fill="F2F2F2"/>
      </w:pPr>
      <w:r>
        <w:rPr>
          <w:rFonts w:ascii="Times New Roman" w:hAnsi="Times New Roman" w:eastAsia="宋体"/>
          <w:b w:val="0"/>
          <w:color w:val="404040"/>
          <w:sz w:val="21"/>
        </w:rPr>
        <w:t>"请扮演反方，针对我这个观点，提出三个有力的反驳。"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思维训练点：AI 抛出反驳后，学生必须回应、辩护、或修正自己的立场。这一来一回，学生经历的是真实的逻辑对抗——比老师单方面批改，更能激活思维。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课堂形态：两人一组，一人当"AI 反方的传话人"，一人当"正方"，进行一场英语辩论。</w:t>
      </w:r>
    </w:p>
    <w:p>
      <w:pPr>
        <w:pStyle w:val="Heading2"/>
      </w:pPr>
      <w:r>
        <w:rPr>
          <w:rFonts w:ascii="Arial" w:hAnsi="Arial" w:eastAsia="黑体"/>
          <w:b/>
        </w:rPr>
        <w:t>用法二：让 AI 给"三个版本"，学生当裁判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做法：读后续写或翻译课上，让学生先自己写一版，然后让 WorkBuddy 给出同一任务的两个不同版本。三份摆在一起，让学生评：</w:t>
      </w:r>
    </w:p>
    <w:p>
      <w:pPr>
        <w:spacing w:line="336" w:lineRule="auto"/>
        <w:ind w:left="280" w:right="160"/>
        <w:shd w:fill="F2F2F2"/>
      </w:pPr>
      <w:r>
        <w:rPr>
          <w:rFonts w:ascii="Times New Roman" w:hAnsi="Times New Roman" w:eastAsia="宋体"/>
          <w:b w:val="0"/>
          <w:color w:val="404040"/>
          <w:sz w:val="21"/>
        </w:rPr>
        <w:t>"这三版哪个最好？为什么？各自的优点和漏洞是什么？如果重写，你会怎么改？"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思维训练点：学生从"被评判者"变成"评判者"。评判，比创作更能暴露和锻炼判断力——而这正是判断一（教过程、教权衡）的落地。</w:t>
      </w:r>
    </w:p>
    <w:p>
      <w:pPr>
        <w:pStyle w:val="Heading2"/>
      </w:pPr>
      <w:r>
        <w:rPr>
          <w:rFonts w:ascii="Arial" w:hAnsi="Arial" w:eastAsia="黑体"/>
          <w:b/>
        </w:rPr>
        <w:t>用法三：让 AI 故意"犯错"，学生来挑错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做法：老师用 WorkBuddy 生成一段带有逻辑漏洞、事实错误或语篇不连贯的英文短文（比如一篇七选五逻辑被打乱的段落、一篇论点论据不匹配的议论文），发给学生：</w:t>
      </w:r>
    </w:p>
    <w:p>
      <w:pPr>
        <w:spacing w:line="336" w:lineRule="auto"/>
        <w:ind w:left="280" w:right="160"/>
        <w:shd w:fill="F2F2F2"/>
      </w:pPr>
      <w:r>
        <w:rPr>
          <w:rFonts w:ascii="Times New Roman" w:hAnsi="Times New Roman" w:eastAsia="宋体"/>
          <w:b w:val="0"/>
          <w:color w:val="404040"/>
          <w:sz w:val="21"/>
        </w:rPr>
        <w:t>"这段文字有问题，请找出它的错误，并说明为什么错。"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思维训练点：这是审辨思维（critical thinking）最有效的训练方式之一。学生天然有"找茬"的积极性，而"找出错误并解释"的过程，就是把隐性的思维显性化。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延伸：也可以让学生自己用 WorkBuddy 生成内容，再互相当"质检员"——让 AI 写、让同学挑，把"与 AI 协作"和"批判性思维"合二为一。</w:t>
      </w:r>
    </w:p>
    <w:p>
      <w:pPr>
        <w:pStyle w:val="Heading2"/>
      </w:pPr>
      <w:r>
        <w:rPr>
          <w:rFonts w:ascii="Arial" w:hAnsi="Arial" w:eastAsia="黑体"/>
          <w:b/>
        </w:rPr>
        <w:t>用法四：让 AI 做"苏格拉底式追问"，逼学生想深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做法：让学生就一个话题陈述观点，然后指令 WorkBuddy：</w:t>
      </w:r>
    </w:p>
    <w:p>
      <w:pPr>
        <w:spacing w:line="336" w:lineRule="auto"/>
        <w:ind w:left="280" w:right="160"/>
        <w:shd w:fill="F2F2F2"/>
      </w:pPr>
      <w:r>
        <w:rPr>
          <w:rFonts w:ascii="Times New Roman" w:hAnsi="Times New Roman" w:eastAsia="宋体"/>
          <w:b w:val="0"/>
          <w:color w:val="404040"/>
          <w:sz w:val="21"/>
        </w:rPr>
        <w:t>"请不要反驳我，而是像苏格拉底一样，不断追问'为什么''你说的这个词具体指什么''有没有反例'，直到我的观点足够清楚。"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思维训练点：学生被迫把"我以为我懂了"的东西，真正讲清楚。这个"被追问"的过程，能有效击穿思维的模糊地带。</w:t>
      </w:r>
    </w:p>
    <w:p>
      <w:pPr>
        <w:pStyle w:val="Heading1"/>
      </w:pPr>
      <w:r>
        <w:rPr>
          <w:rFonts w:ascii="Arial" w:hAnsi="Arial" w:eastAsia="黑体"/>
          <w:b/>
        </w:rPr>
        <w:t>四、一条不能越的红线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用 WorkBuddy 发展思维，有一条红线必须守住：</w:t>
      </w:r>
    </w:p>
    <w:p>
      <w:pPr>
        <w:spacing w:line="336" w:lineRule="auto"/>
        <w:ind w:left="280" w:right="160"/>
        <w:shd w:fill="FDECEA"/>
      </w:pPr>
      <w:r>
        <w:rPr>
          <w:rFonts w:ascii="Times New Roman" w:hAnsi="Times New Roman" w:eastAsia="宋体"/>
          <w:b/>
          <w:color w:val="802020"/>
          <w:sz w:val="22"/>
        </w:rPr>
        <w:t>凡是"要求学生思考"的环节，AI 只能"制造问题"，不能"提供答案"。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让 AI 给反驳，是为了逼学生自己论证；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让 AI 给多版本，是为了逼学生自己判断；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让 AI 故意犯错，是为了逼学生自己纠错；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让 AI 来追问，是为了逼学生自己说清。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一旦学生绕过思考、直接抄 AI 的结论，这些设计就全部失效了。所以老师的角色，从"知识的传授者"，变成了"思维活动的设计师和主持人"——设计好任务，看着学生在与 AI 的碰撞中真正动脑。</w:t>
      </w:r>
    </w:p>
    <w:p>
      <w:pPr>
        <w:pStyle w:val="Heading1"/>
      </w:pPr>
      <w:r>
        <w:rPr>
          <w:rFonts w:ascii="Arial" w:hAnsi="Arial" w:eastAsia="黑体"/>
          <w:b/>
        </w:rPr>
        <w:t>五、结语：该教的不是"和机器抢活干"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回到最初那个问题：AI 时代，英语课该教什么？我的答案很清楚：</w:t>
      </w:r>
    </w:p>
    <w:p>
      <w:pPr>
        <w:spacing w:line="336" w:lineRule="auto"/>
        <w:ind w:left="280" w:right="160"/>
        <w:shd w:fill="EEF3FB"/>
      </w:pPr>
      <w:r>
        <w:rPr>
          <w:rFonts w:ascii="Times New Roman" w:hAnsi="Times New Roman" w:eastAsia="宋体"/>
          <w:b/>
          <w:color w:val="1F3B73"/>
          <w:sz w:val="22"/>
        </w:rPr>
        <w:t>凡是机器做得比人好的，就交给机器；英语课的时间，要挪去教那些机器做不了的事——判断、批判、提问、创造，以及真实地表达自己。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而 WorkBuddy 在这件事里的位置，不是"更快的翻译器""更准的改错机""更省事的模板"，而是——一面镜子、一个对手、一位陪练。它照出学生思维的漏洞，逼他们反复打磨，直到那个想法真正属于自己。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这样的英语课，机器替代不了。因为它教的，从来不是英语，而是"思考着使用英语的人"。</w:t>
      </w:r>
    </w:p>
    <w:sectPr w:rsidR="00FC693F" w:rsidRPr="0006063C" w:rsidSect="00034616">
      <w:footerReference w:type="default" r:id="rId9"/>
      <w:pgSz w:w="11906" w:h="16838"/>
      <w:pgMar w:top="1361" w:right="1587" w:bottom="1361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黑体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黑体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黑体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黑体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